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4"/>
        <w:gridCol w:w="5105"/>
      </w:tblGrid>
      <w:tr w:rsidR="002B1A6F" w14:paraId="2F618358" w14:textId="77777777">
        <w:trPr>
          <w:jc w:val="center"/>
        </w:trPr>
        <w:tc>
          <w:tcPr>
            <w:tcW w:w="5112" w:type="dxa"/>
            <w:vAlign w:val="center"/>
          </w:tcPr>
          <w:p w14:paraId="59A3BA50" w14:textId="77777777" w:rsidR="002B1A6F" w:rsidRDefault="00000000">
            <w:pPr>
              <w:spacing w:after="40"/>
              <w:jc w:val="center"/>
            </w:pPr>
            <w:r>
              <w:rPr>
                <w:b/>
                <w:sz w:val="22"/>
              </w:rPr>
              <w:t>St. Philip Neri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32"/>
              </w:rPr>
              <w:t>Home and School Association</w:t>
            </w:r>
          </w:p>
        </w:tc>
        <w:tc>
          <w:tcPr>
            <w:tcW w:w="5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2F872B" w14:textId="77777777" w:rsidR="002B1A6F" w:rsidRDefault="00000000">
            <w:pPr>
              <w:spacing w:after="40"/>
              <w:jc w:val="center"/>
            </w:pPr>
            <w:r>
              <w:rPr>
                <w:b/>
              </w:rPr>
              <w:t>Original Bank Amount</w:t>
            </w:r>
            <w:r>
              <w:rPr>
                <w:b/>
              </w:rPr>
              <w:br/>
            </w:r>
            <w:r>
              <w:t>$________________</w:t>
            </w:r>
          </w:p>
        </w:tc>
      </w:tr>
    </w:tbl>
    <w:p w14:paraId="4AF89139" w14:textId="77777777" w:rsidR="002B1A6F" w:rsidRDefault="00000000">
      <w:pPr>
        <w:spacing w:after="80"/>
        <w:jc w:val="center"/>
      </w:pPr>
      <w:r>
        <w:rPr>
          <w:b/>
          <w:sz w:val="32"/>
        </w:rPr>
        <w:t>HSA Deposit Form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B1A6F" w14:paraId="1B45ED78" w14:textId="77777777">
        <w:trPr>
          <w:jc w:val="center"/>
        </w:trPr>
        <w:tc>
          <w:tcPr>
            <w:tcW w:w="5112" w:type="dxa"/>
            <w:vAlign w:val="center"/>
          </w:tcPr>
          <w:p w14:paraId="3CE811C5" w14:textId="77777777" w:rsidR="002B1A6F" w:rsidRDefault="00000000">
            <w:pPr>
              <w:spacing w:after="40"/>
            </w:pPr>
            <w:r>
              <w:t>Bank Name:  __________________________</w:t>
            </w:r>
          </w:p>
        </w:tc>
        <w:tc>
          <w:tcPr>
            <w:tcW w:w="5112" w:type="dxa"/>
            <w:vAlign w:val="center"/>
          </w:tcPr>
          <w:p w14:paraId="2DFE9925" w14:textId="77777777" w:rsidR="002B1A6F" w:rsidRDefault="00000000">
            <w:pPr>
              <w:spacing w:after="40"/>
            </w:pPr>
            <w:r>
              <w:t>Date counted: __________________________</w:t>
            </w:r>
          </w:p>
        </w:tc>
      </w:tr>
      <w:tr w:rsidR="002B1A6F" w14:paraId="7F71CC54" w14:textId="77777777">
        <w:trPr>
          <w:jc w:val="center"/>
        </w:trPr>
        <w:tc>
          <w:tcPr>
            <w:tcW w:w="5112" w:type="dxa"/>
            <w:vAlign w:val="center"/>
          </w:tcPr>
          <w:p w14:paraId="64B3E3F1" w14:textId="77777777" w:rsidR="002B1A6F" w:rsidRDefault="00000000">
            <w:pPr>
              <w:spacing w:after="40"/>
            </w:pPr>
            <w:r>
              <w:t>Event Name: __________________________</w:t>
            </w:r>
          </w:p>
        </w:tc>
        <w:tc>
          <w:tcPr>
            <w:tcW w:w="5112" w:type="dxa"/>
            <w:vAlign w:val="center"/>
          </w:tcPr>
          <w:p w14:paraId="643C7C1A" w14:textId="77777777" w:rsidR="002B1A6F" w:rsidRDefault="00000000">
            <w:pPr>
              <w:spacing w:after="40"/>
            </w:pPr>
            <w:r>
              <w:t>Event Date: ____________________________</w:t>
            </w:r>
          </w:p>
        </w:tc>
      </w:tr>
    </w:tbl>
    <w:p w14:paraId="4BB8BF61" w14:textId="77777777" w:rsidR="002B1A6F" w:rsidRDefault="00000000">
      <w:pPr>
        <w:spacing w:after="80"/>
      </w:pPr>
      <w:r>
        <w:t>________________________________________________________________________________________________</w:t>
      </w:r>
    </w:p>
    <w:p w14:paraId="0992D8AA" w14:textId="77777777" w:rsidR="002B1A6F" w:rsidRDefault="00000000">
      <w:pPr>
        <w:spacing w:after="80"/>
      </w:pPr>
      <w:r>
        <w:rPr>
          <w:b/>
        </w:rPr>
        <w:t>Checks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2B1A6F" w14:paraId="15346C48" w14:textId="77777777">
        <w:tc>
          <w:tcPr>
            <w:tcW w:w="5112" w:type="dxa"/>
            <w:vAlign w:val="center"/>
          </w:tcPr>
          <w:p w14:paraId="618E9EDD" w14:textId="77777777" w:rsidR="002B1A6F" w:rsidRDefault="00000000">
            <w:pPr>
              <w:spacing w:after="40"/>
            </w:pPr>
            <w:r>
              <w:t># Personal Check(s): ______________</w:t>
            </w:r>
          </w:p>
        </w:tc>
        <w:tc>
          <w:tcPr>
            <w:tcW w:w="5112" w:type="dxa"/>
            <w:vAlign w:val="center"/>
          </w:tcPr>
          <w:p w14:paraId="37716B76" w14:textId="77777777" w:rsidR="002B1A6F" w:rsidRDefault="00000000">
            <w:pPr>
              <w:spacing w:after="40"/>
            </w:pPr>
            <w:r>
              <w:t>Total $ Amount Personal Checks: ______________</w:t>
            </w:r>
          </w:p>
        </w:tc>
      </w:tr>
    </w:tbl>
    <w:p w14:paraId="172AB48A" w14:textId="77777777" w:rsidR="002B1A6F" w:rsidRDefault="00000000">
      <w:pPr>
        <w:spacing w:after="80"/>
      </w:pPr>
      <w:r>
        <w:t>________________________________________________________________________________________________</w:t>
      </w:r>
    </w:p>
    <w:p w14:paraId="5C5CD651" w14:textId="77777777" w:rsidR="002B1A6F" w:rsidRDefault="00000000">
      <w:pPr>
        <w:spacing w:after="80"/>
      </w:pPr>
      <w:r>
        <w:rPr>
          <w:b/>
        </w:rPr>
        <w:t>Coins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B1A6F" w14:paraId="432F0258" w14:textId="77777777">
        <w:trPr>
          <w:jc w:val="center"/>
        </w:trPr>
        <w:tc>
          <w:tcPr>
            <w:tcW w:w="3408" w:type="dxa"/>
            <w:vAlign w:val="center"/>
          </w:tcPr>
          <w:p w14:paraId="7096C680" w14:textId="77777777" w:rsidR="002B1A6F" w:rsidRDefault="00000000">
            <w:pPr>
              <w:spacing w:after="40"/>
            </w:pPr>
            <w:r>
              <w:t>Dollar(s):</w:t>
            </w:r>
          </w:p>
        </w:tc>
        <w:tc>
          <w:tcPr>
            <w:tcW w:w="3408" w:type="dxa"/>
            <w:vAlign w:val="center"/>
          </w:tcPr>
          <w:p w14:paraId="634A1DF9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2D6CD4DE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1B46D874" w14:textId="77777777">
        <w:trPr>
          <w:jc w:val="center"/>
        </w:trPr>
        <w:tc>
          <w:tcPr>
            <w:tcW w:w="3408" w:type="dxa"/>
            <w:vAlign w:val="center"/>
          </w:tcPr>
          <w:p w14:paraId="7D79BE8F" w14:textId="77777777" w:rsidR="002B1A6F" w:rsidRDefault="00000000">
            <w:pPr>
              <w:spacing w:after="40"/>
            </w:pPr>
            <w:r>
              <w:t>Quarter(s):</w:t>
            </w:r>
          </w:p>
        </w:tc>
        <w:tc>
          <w:tcPr>
            <w:tcW w:w="3408" w:type="dxa"/>
            <w:vAlign w:val="center"/>
          </w:tcPr>
          <w:p w14:paraId="429076ED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3B2F290E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4090D5C5" w14:textId="77777777">
        <w:trPr>
          <w:jc w:val="center"/>
        </w:trPr>
        <w:tc>
          <w:tcPr>
            <w:tcW w:w="3408" w:type="dxa"/>
            <w:vAlign w:val="center"/>
          </w:tcPr>
          <w:p w14:paraId="07EA8FDE" w14:textId="77777777" w:rsidR="002B1A6F" w:rsidRDefault="00000000">
            <w:pPr>
              <w:spacing w:after="40"/>
            </w:pPr>
            <w:r>
              <w:t>Dime(s):</w:t>
            </w:r>
          </w:p>
        </w:tc>
        <w:tc>
          <w:tcPr>
            <w:tcW w:w="3408" w:type="dxa"/>
            <w:vAlign w:val="center"/>
          </w:tcPr>
          <w:p w14:paraId="4C9DF431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62ADCCA6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4AB7D10F" w14:textId="77777777">
        <w:trPr>
          <w:jc w:val="center"/>
        </w:trPr>
        <w:tc>
          <w:tcPr>
            <w:tcW w:w="3408" w:type="dxa"/>
            <w:vAlign w:val="center"/>
          </w:tcPr>
          <w:p w14:paraId="0F65BBC3" w14:textId="77777777" w:rsidR="002B1A6F" w:rsidRDefault="00000000">
            <w:pPr>
              <w:spacing w:after="40"/>
            </w:pPr>
            <w:r>
              <w:t>Nickel(s):</w:t>
            </w:r>
          </w:p>
        </w:tc>
        <w:tc>
          <w:tcPr>
            <w:tcW w:w="3408" w:type="dxa"/>
            <w:vAlign w:val="center"/>
          </w:tcPr>
          <w:p w14:paraId="4CE0EF79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6C4FC14E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3875CD30" w14:textId="77777777">
        <w:trPr>
          <w:jc w:val="center"/>
        </w:trPr>
        <w:tc>
          <w:tcPr>
            <w:tcW w:w="3408" w:type="dxa"/>
            <w:vAlign w:val="center"/>
          </w:tcPr>
          <w:p w14:paraId="08DC12E1" w14:textId="77777777" w:rsidR="002B1A6F" w:rsidRDefault="00000000">
            <w:pPr>
              <w:spacing w:after="40"/>
            </w:pPr>
            <w:r>
              <w:t>Pennie(s):</w:t>
            </w:r>
          </w:p>
        </w:tc>
        <w:tc>
          <w:tcPr>
            <w:tcW w:w="3408" w:type="dxa"/>
            <w:vAlign w:val="center"/>
          </w:tcPr>
          <w:p w14:paraId="7DCD00D3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3CA59C9B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41D7D9ED" w14:textId="77777777">
        <w:trPr>
          <w:jc w:val="center"/>
        </w:trPr>
        <w:tc>
          <w:tcPr>
            <w:tcW w:w="3408" w:type="dxa"/>
            <w:vAlign w:val="center"/>
          </w:tcPr>
          <w:p w14:paraId="1A4D6CFA" w14:textId="77777777" w:rsidR="002B1A6F" w:rsidRDefault="002B1A6F">
            <w:pPr>
              <w:spacing w:after="40"/>
            </w:pPr>
          </w:p>
        </w:tc>
        <w:tc>
          <w:tcPr>
            <w:tcW w:w="3408" w:type="dxa"/>
            <w:vAlign w:val="center"/>
          </w:tcPr>
          <w:p w14:paraId="275A71B0" w14:textId="77777777" w:rsidR="002B1A6F" w:rsidRDefault="002B1A6F">
            <w:pPr>
              <w:spacing w:after="40"/>
            </w:pPr>
          </w:p>
        </w:tc>
        <w:tc>
          <w:tcPr>
            <w:tcW w:w="3408" w:type="dxa"/>
            <w:vAlign w:val="center"/>
          </w:tcPr>
          <w:p w14:paraId="53C82F9F" w14:textId="77777777" w:rsidR="002B1A6F" w:rsidRDefault="00000000">
            <w:pPr>
              <w:spacing w:after="40"/>
            </w:pPr>
            <w:r>
              <w:rPr>
                <w:b/>
              </w:rPr>
              <w:t>TOTAL Coin: ____________</w:t>
            </w:r>
          </w:p>
        </w:tc>
      </w:tr>
    </w:tbl>
    <w:p w14:paraId="10D039E9" w14:textId="77777777" w:rsidR="002B1A6F" w:rsidRDefault="00000000">
      <w:pPr>
        <w:spacing w:after="80"/>
      </w:pPr>
      <w:r>
        <w:t>________________________________________________________________________________________________</w:t>
      </w:r>
    </w:p>
    <w:p w14:paraId="1F4A46D6" w14:textId="77777777" w:rsidR="002B1A6F" w:rsidRDefault="00000000">
      <w:pPr>
        <w:spacing w:after="80"/>
      </w:pPr>
      <w:r>
        <w:rPr>
          <w:b/>
        </w:rPr>
        <w:t>Dollars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B1A6F" w14:paraId="2FCC8B5D" w14:textId="77777777">
        <w:trPr>
          <w:jc w:val="center"/>
        </w:trPr>
        <w:tc>
          <w:tcPr>
            <w:tcW w:w="3408" w:type="dxa"/>
            <w:vAlign w:val="center"/>
          </w:tcPr>
          <w:p w14:paraId="7F8C3324" w14:textId="77777777" w:rsidR="002B1A6F" w:rsidRDefault="00000000">
            <w:pPr>
              <w:spacing w:after="40"/>
            </w:pPr>
            <w:r>
              <w:t>$100.00(s):</w:t>
            </w:r>
          </w:p>
        </w:tc>
        <w:tc>
          <w:tcPr>
            <w:tcW w:w="3408" w:type="dxa"/>
            <w:vAlign w:val="center"/>
          </w:tcPr>
          <w:p w14:paraId="4092DD25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5D3AB206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25953EFC" w14:textId="77777777">
        <w:trPr>
          <w:jc w:val="center"/>
        </w:trPr>
        <w:tc>
          <w:tcPr>
            <w:tcW w:w="3408" w:type="dxa"/>
            <w:vAlign w:val="center"/>
          </w:tcPr>
          <w:p w14:paraId="550B39F0" w14:textId="77777777" w:rsidR="002B1A6F" w:rsidRDefault="00000000">
            <w:pPr>
              <w:spacing w:after="40"/>
            </w:pPr>
            <w:r>
              <w:t>$50.00(s):</w:t>
            </w:r>
          </w:p>
        </w:tc>
        <w:tc>
          <w:tcPr>
            <w:tcW w:w="3408" w:type="dxa"/>
            <w:vAlign w:val="center"/>
          </w:tcPr>
          <w:p w14:paraId="2ABA8D25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51C59FEE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47461DAD" w14:textId="77777777">
        <w:trPr>
          <w:jc w:val="center"/>
        </w:trPr>
        <w:tc>
          <w:tcPr>
            <w:tcW w:w="3408" w:type="dxa"/>
            <w:vAlign w:val="center"/>
          </w:tcPr>
          <w:p w14:paraId="699E14FF" w14:textId="77777777" w:rsidR="002B1A6F" w:rsidRDefault="00000000">
            <w:pPr>
              <w:spacing w:after="40"/>
            </w:pPr>
            <w:r>
              <w:t>$20.00(s):</w:t>
            </w:r>
          </w:p>
        </w:tc>
        <w:tc>
          <w:tcPr>
            <w:tcW w:w="3408" w:type="dxa"/>
            <w:vAlign w:val="center"/>
          </w:tcPr>
          <w:p w14:paraId="70987777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242C0199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1833C7AA" w14:textId="77777777">
        <w:trPr>
          <w:jc w:val="center"/>
        </w:trPr>
        <w:tc>
          <w:tcPr>
            <w:tcW w:w="3408" w:type="dxa"/>
            <w:vAlign w:val="center"/>
          </w:tcPr>
          <w:p w14:paraId="67ED608B" w14:textId="77777777" w:rsidR="002B1A6F" w:rsidRDefault="00000000">
            <w:pPr>
              <w:spacing w:after="40"/>
            </w:pPr>
            <w:r>
              <w:t>$10.00(s):</w:t>
            </w:r>
          </w:p>
        </w:tc>
        <w:tc>
          <w:tcPr>
            <w:tcW w:w="3408" w:type="dxa"/>
            <w:vAlign w:val="center"/>
          </w:tcPr>
          <w:p w14:paraId="189DA784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73301F75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201252BF" w14:textId="77777777">
        <w:trPr>
          <w:jc w:val="center"/>
        </w:trPr>
        <w:tc>
          <w:tcPr>
            <w:tcW w:w="3408" w:type="dxa"/>
            <w:vAlign w:val="center"/>
          </w:tcPr>
          <w:p w14:paraId="157F777D" w14:textId="77777777" w:rsidR="002B1A6F" w:rsidRDefault="00000000">
            <w:pPr>
              <w:spacing w:after="40"/>
            </w:pPr>
            <w:r>
              <w:t>$5.00(s):</w:t>
            </w:r>
          </w:p>
        </w:tc>
        <w:tc>
          <w:tcPr>
            <w:tcW w:w="3408" w:type="dxa"/>
            <w:vAlign w:val="center"/>
          </w:tcPr>
          <w:p w14:paraId="5617A8C3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64B21D13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3EE2CD19" w14:textId="77777777">
        <w:trPr>
          <w:jc w:val="center"/>
        </w:trPr>
        <w:tc>
          <w:tcPr>
            <w:tcW w:w="3408" w:type="dxa"/>
            <w:vAlign w:val="center"/>
          </w:tcPr>
          <w:p w14:paraId="79FD31FD" w14:textId="77777777" w:rsidR="002B1A6F" w:rsidRDefault="00000000">
            <w:pPr>
              <w:spacing w:after="40"/>
            </w:pPr>
            <w:r>
              <w:t>$2.00(s):</w:t>
            </w:r>
          </w:p>
        </w:tc>
        <w:tc>
          <w:tcPr>
            <w:tcW w:w="3408" w:type="dxa"/>
            <w:vAlign w:val="center"/>
          </w:tcPr>
          <w:p w14:paraId="0173B77E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4F53048F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72FC29DF" w14:textId="77777777">
        <w:trPr>
          <w:jc w:val="center"/>
        </w:trPr>
        <w:tc>
          <w:tcPr>
            <w:tcW w:w="3408" w:type="dxa"/>
            <w:vAlign w:val="center"/>
          </w:tcPr>
          <w:p w14:paraId="1DE313A6" w14:textId="77777777" w:rsidR="002B1A6F" w:rsidRDefault="00000000">
            <w:pPr>
              <w:spacing w:after="40"/>
            </w:pPr>
            <w:r>
              <w:t>$1.00(s):</w:t>
            </w:r>
          </w:p>
        </w:tc>
        <w:tc>
          <w:tcPr>
            <w:tcW w:w="3408" w:type="dxa"/>
            <w:vAlign w:val="center"/>
          </w:tcPr>
          <w:p w14:paraId="2B75796F" w14:textId="77777777" w:rsidR="002B1A6F" w:rsidRDefault="00000000">
            <w:pPr>
              <w:spacing w:after="40"/>
            </w:pPr>
            <w:r>
              <w:t>____________</w:t>
            </w:r>
          </w:p>
        </w:tc>
        <w:tc>
          <w:tcPr>
            <w:tcW w:w="3408" w:type="dxa"/>
            <w:vAlign w:val="center"/>
          </w:tcPr>
          <w:p w14:paraId="54C05EA8" w14:textId="77777777" w:rsidR="002B1A6F" w:rsidRDefault="00000000">
            <w:pPr>
              <w:spacing w:after="40"/>
            </w:pPr>
            <w:r>
              <w:t>Total: ____________</w:t>
            </w:r>
          </w:p>
        </w:tc>
      </w:tr>
      <w:tr w:rsidR="002B1A6F" w14:paraId="3D0DD6C7" w14:textId="77777777">
        <w:trPr>
          <w:jc w:val="center"/>
        </w:trPr>
        <w:tc>
          <w:tcPr>
            <w:tcW w:w="3408" w:type="dxa"/>
            <w:vAlign w:val="center"/>
          </w:tcPr>
          <w:p w14:paraId="4EDF3DDB" w14:textId="77777777" w:rsidR="002B1A6F" w:rsidRDefault="002B1A6F">
            <w:pPr>
              <w:spacing w:after="40"/>
            </w:pPr>
          </w:p>
        </w:tc>
        <w:tc>
          <w:tcPr>
            <w:tcW w:w="3408" w:type="dxa"/>
            <w:vAlign w:val="center"/>
          </w:tcPr>
          <w:p w14:paraId="6554DF7C" w14:textId="77777777" w:rsidR="002B1A6F" w:rsidRDefault="002B1A6F">
            <w:pPr>
              <w:spacing w:after="40"/>
            </w:pPr>
          </w:p>
        </w:tc>
        <w:tc>
          <w:tcPr>
            <w:tcW w:w="3408" w:type="dxa"/>
            <w:vAlign w:val="center"/>
          </w:tcPr>
          <w:p w14:paraId="040E8B97" w14:textId="77777777" w:rsidR="002B1A6F" w:rsidRDefault="00000000">
            <w:pPr>
              <w:spacing w:after="40"/>
            </w:pPr>
            <w:r>
              <w:rPr>
                <w:b/>
              </w:rPr>
              <w:t>Total Dollars: ____________</w:t>
            </w:r>
          </w:p>
        </w:tc>
      </w:tr>
    </w:tbl>
    <w:p w14:paraId="56F56F9A" w14:textId="77777777" w:rsidR="002B1A6F" w:rsidRDefault="00000000">
      <w:pPr>
        <w:spacing w:after="80"/>
      </w:pPr>
      <w:r>
        <w:t>________________________________________________________________________________________________</w:t>
      </w:r>
    </w:p>
    <w:p w14:paraId="20C74296" w14:textId="77777777" w:rsidR="002B1A6F" w:rsidRDefault="00000000">
      <w:pPr>
        <w:spacing w:after="80"/>
        <w:jc w:val="right"/>
      </w:pPr>
      <w:r>
        <w:rPr>
          <w:b/>
        </w:rPr>
        <w:t>OVERALL TOTAL:     ______________</w:t>
      </w:r>
    </w:p>
    <w:p w14:paraId="17522D97" w14:textId="77777777" w:rsidR="002B1A6F" w:rsidRDefault="00000000">
      <w:pPr>
        <w:spacing w:after="80"/>
        <w:jc w:val="right"/>
      </w:pPr>
      <w:r>
        <w:rPr>
          <w:i/>
          <w:sz w:val="16"/>
        </w:rPr>
        <w:t>(checks, coin, currency)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1"/>
        <w:gridCol w:w="5103"/>
      </w:tblGrid>
      <w:tr w:rsidR="002B1A6F" w14:paraId="02C542A8" w14:textId="77777777">
        <w:trPr>
          <w:jc w:val="center"/>
        </w:trPr>
        <w:tc>
          <w:tcPr>
            <w:tcW w:w="5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BBD11" w14:textId="77777777" w:rsidR="002B1A6F" w:rsidRDefault="00000000">
            <w:pPr>
              <w:spacing w:after="40"/>
            </w:pPr>
            <w:r>
              <w:t>Primary Counter: ______________________</w:t>
            </w:r>
            <w:r>
              <w:br/>
              <w:t xml:space="preserve">                         Print Name</w:t>
            </w:r>
          </w:p>
        </w:tc>
        <w:tc>
          <w:tcPr>
            <w:tcW w:w="5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810C64" w14:textId="77777777" w:rsidR="002B1A6F" w:rsidRDefault="00000000">
            <w:pPr>
              <w:spacing w:after="40"/>
            </w:pPr>
            <w:r>
              <w:t>Verified by: _________________________</w:t>
            </w:r>
            <w:r>
              <w:br/>
              <w:t xml:space="preserve">                    Print Name</w:t>
            </w:r>
          </w:p>
        </w:tc>
      </w:tr>
    </w:tbl>
    <w:p w14:paraId="649AD0D7" w14:textId="77777777" w:rsidR="00ED55C4" w:rsidRDefault="00ED55C4"/>
    <w:sectPr w:rsidR="00ED55C4" w:rsidSect="00034616">
      <w:pgSz w:w="12240" w:h="15840"/>
      <w:pgMar w:top="648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8451933">
    <w:abstractNumId w:val="8"/>
  </w:num>
  <w:num w:numId="2" w16cid:durableId="903563693">
    <w:abstractNumId w:val="6"/>
  </w:num>
  <w:num w:numId="3" w16cid:durableId="1749422020">
    <w:abstractNumId w:val="5"/>
  </w:num>
  <w:num w:numId="4" w16cid:durableId="1043871348">
    <w:abstractNumId w:val="4"/>
  </w:num>
  <w:num w:numId="5" w16cid:durableId="57410151">
    <w:abstractNumId w:val="7"/>
  </w:num>
  <w:num w:numId="6" w16cid:durableId="1034384630">
    <w:abstractNumId w:val="3"/>
  </w:num>
  <w:num w:numId="7" w16cid:durableId="626283346">
    <w:abstractNumId w:val="2"/>
  </w:num>
  <w:num w:numId="8" w16cid:durableId="965157841">
    <w:abstractNumId w:val="1"/>
  </w:num>
  <w:num w:numId="9" w16cid:durableId="113603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1A6F"/>
    <w:rsid w:val="00326F90"/>
    <w:rsid w:val="00AA1D8D"/>
    <w:rsid w:val="00B47730"/>
    <w:rsid w:val="00C23ED8"/>
    <w:rsid w:val="00CB0664"/>
    <w:rsid w:val="00E9123B"/>
    <w:rsid w:val="00ED55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73714C"/>
  <w14:defaultImageDpi w14:val="300"/>
  <w15:docId w15:val="{74E5E210-CC18-4B18-BD87-92ABDEB8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Sue Wenzlick</cp:lastModifiedBy>
  <cp:revision>2</cp:revision>
  <dcterms:created xsi:type="dcterms:W3CDTF">2026-10-06T12:50:00Z</dcterms:created>
  <dcterms:modified xsi:type="dcterms:W3CDTF">2026-10-06T12:50:00Z</dcterms:modified>
  <cp:category/>
</cp:coreProperties>
</file>